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286000" cy="15065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3151F1-0EE8-49B0-A29B-1CAD950F0D63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065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</w:rPr>
        <w:t>H.D. LAW ENFORCEMENT SERVICES LLC</w:t>
        <w:br/>
        <w:t>Applicant Information Form</w:t>
      </w:r>
    </w:p>
    <w:p/>
    <w:p>
      <w:r>
        <w:t>Full Name: ___________________________________________</w:t>
      </w:r>
    </w:p>
    <w:p>
      <w:r>
        <w:t>Phone Number: _______________________________________</w:t>
      </w:r>
    </w:p>
    <w:p>
      <w:r>
        <w:t>Email Address: _______________________________________</w:t>
      </w:r>
    </w:p>
    <w:p>
      <w:r>
        <w:t>City/State: __________________________________________</w:t>
      </w:r>
    </w:p>
    <w:p/>
    <w:p>
      <w:r>
        <w:t>Position Interested In: ________________________________</w:t>
      </w:r>
    </w:p>
    <w:p>
      <w:r>
        <w:t>Date Available to Start: ________________________________</w:t>
      </w:r>
    </w:p>
    <w:p/>
    <w:p>
      <w:r>
        <w:t>Current Police Agency: _________________________________</w:t>
      </w:r>
    </w:p>
    <w:p>
      <w:r>
        <w:t>Commission Date: ______________________________________</w:t>
      </w:r>
    </w:p>
    <w:p/>
    <w:p>
      <w:r>
        <w:t>Certifications / Licenses:</w:t>
      </w:r>
    </w:p>
    <w:p>
      <w:r>
        <w:t>☐ Peace Officer License</w:t>
      </w:r>
    </w:p>
    <w:p>
      <w:r>
        <w:t>☐ TCOLE Certified (or equivalent)</w:t>
      </w:r>
    </w:p>
    <w:p>
      <w:r>
        <w:t>☐ Armed Security License</w:t>
      </w:r>
    </w:p>
    <w:p>
      <w:r>
        <w:t>☐ Traffic Control Certification</w:t>
      </w:r>
    </w:p>
    <w:p>
      <w:r>
        <w:t>☐ Other: _____________________________________________</w:t>
      </w:r>
    </w:p>
    <w:p/>
    <w:p>
      <w:r>
        <w:t>Additional Information:</w:t>
      </w:r>
    </w:p>
    <w:p>
      <w:r>
        <w:t>____________________________________________________</w:t>
      </w:r>
    </w:p>
    <w:p>
      <w:r>
        <w:t>____________________________________________________</w:t>
      </w:r>
    </w:p>
    <w:p/>
    <w:p>
      <w:r>
        <w:t>Signature: _________________________________________</w:t>
      </w:r>
    </w:p>
    <w:p>
      <w:r>
        <w:t>Date: 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